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F3675" w14:textId="28356C91" w:rsidR="00A340E5" w:rsidRPr="00D46E7E" w:rsidRDefault="00E55F05">
      <w:pPr>
        <w:jc w:val="center"/>
        <w:rPr>
          <w:lang w:val="nl-NL"/>
        </w:rPr>
      </w:pPr>
      <w:r>
        <w:rPr>
          <w:b/>
          <w:color w:val="007BB8"/>
          <w:sz w:val="36"/>
          <w:lang w:val="nl-NL"/>
        </w:rPr>
        <w:t xml:space="preserve">Kostenformulier </w:t>
      </w:r>
      <w:r w:rsidRPr="00D46E7E">
        <w:rPr>
          <w:b/>
          <w:color w:val="007BB8"/>
          <w:sz w:val="36"/>
          <w:lang w:val="nl-NL"/>
        </w:rPr>
        <w:t>leermiddelen 2026-2027</w:t>
      </w:r>
    </w:p>
    <w:p w14:paraId="36691C71" w14:textId="77777777" w:rsidR="00A340E5" w:rsidRPr="00D46E7E" w:rsidRDefault="00000000">
      <w:pPr>
        <w:jc w:val="center"/>
        <w:rPr>
          <w:lang w:val="nl-NL"/>
        </w:rPr>
      </w:pPr>
      <w:r w:rsidRPr="00D46E7E">
        <w:rPr>
          <w:i/>
          <w:lang w:val="nl-NL"/>
        </w:rPr>
        <w:t>Vul onderstaande gegevens volledig in.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8080"/>
      </w:tblGrid>
      <w:tr w:rsidR="00A340E5" w14:paraId="2BD0795C" w14:textId="77777777" w:rsidTr="004D2C71">
        <w:trPr>
          <w:jc w:val="center"/>
        </w:trPr>
        <w:tc>
          <w:tcPr>
            <w:tcW w:w="5382" w:type="dxa"/>
            <w:shd w:val="clear" w:color="auto" w:fill="D9EAF4"/>
          </w:tcPr>
          <w:p w14:paraId="7974F124" w14:textId="77777777" w:rsidR="00A340E5" w:rsidRDefault="00000000">
            <w:r>
              <w:rPr>
                <w:b/>
              </w:rPr>
              <w:t>Naam student</w:t>
            </w:r>
          </w:p>
        </w:tc>
        <w:tc>
          <w:tcPr>
            <w:tcW w:w="8080" w:type="dxa"/>
          </w:tcPr>
          <w:p w14:paraId="1653E6F8" w14:textId="3DB9E797" w:rsidR="00A340E5" w:rsidRDefault="00A340E5"/>
        </w:tc>
      </w:tr>
      <w:tr w:rsidR="00A340E5" w14:paraId="65790AD5" w14:textId="77777777" w:rsidTr="004D2C71">
        <w:trPr>
          <w:jc w:val="center"/>
        </w:trPr>
        <w:tc>
          <w:tcPr>
            <w:tcW w:w="5382" w:type="dxa"/>
            <w:shd w:val="clear" w:color="auto" w:fill="D9EAF4"/>
          </w:tcPr>
          <w:p w14:paraId="77CC79E9" w14:textId="33C47FDF" w:rsidR="00A340E5" w:rsidRPr="00EC6A2D" w:rsidRDefault="00000000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/>
              </w:rPr>
              <w:t>Studentnummer</w:t>
            </w:r>
            <w:proofErr w:type="spellEnd"/>
            <w:r w:rsidR="00EC6A2D">
              <w:rPr>
                <w:b/>
              </w:rPr>
              <w:t xml:space="preserve"> </w:t>
            </w:r>
            <w:r w:rsidR="00EC6A2D">
              <w:rPr>
                <w:bCs/>
                <w:sz w:val="18"/>
                <w:szCs w:val="18"/>
              </w:rPr>
              <w:t>(</w:t>
            </w:r>
            <w:proofErr w:type="spellStart"/>
            <w:r w:rsidR="00EC6A2D">
              <w:rPr>
                <w:bCs/>
                <w:sz w:val="18"/>
                <w:szCs w:val="18"/>
              </w:rPr>
              <w:t>zie</w:t>
            </w:r>
            <w:proofErr w:type="spellEnd"/>
            <w:r w:rsidR="00EC6A2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EC6A2D">
              <w:rPr>
                <w:bCs/>
                <w:sz w:val="18"/>
                <w:szCs w:val="18"/>
              </w:rPr>
              <w:t>onderwijsovereenkomst</w:t>
            </w:r>
            <w:proofErr w:type="spellEnd"/>
            <w:r w:rsidR="00EC6A2D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080" w:type="dxa"/>
          </w:tcPr>
          <w:p w14:paraId="7A6DE863" w14:textId="1180A63B" w:rsidR="00A340E5" w:rsidRDefault="00A340E5"/>
        </w:tc>
      </w:tr>
      <w:tr w:rsidR="00A340E5" w14:paraId="6DEB0004" w14:textId="77777777" w:rsidTr="004D2C71">
        <w:trPr>
          <w:jc w:val="center"/>
        </w:trPr>
        <w:tc>
          <w:tcPr>
            <w:tcW w:w="5382" w:type="dxa"/>
            <w:shd w:val="clear" w:color="auto" w:fill="D9EAF4"/>
          </w:tcPr>
          <w:p w14:paraId="6FA18ABB" w14:textId="77777777" w:rsidR="00A340E5" w:rsidRDefault="00000000">
            <w:r>
              <w:rPr>
                <w:b/>
              </w:rPr>
              <w:t>Opleiding</w:t>
            </w:r>
          </w:p>
        </w:tc>
        <w:tc>
          <w:tcPr>
            <w:tcW w:w="8080" w:type="dxa"/>
          </w:tcPr>
          <w:p w14:paraId="235423B8" w14:textId="29477C83" w:rsidR="00A340E5" w:rsidRDefault="00A340E5"/>
        </w:tc>
      </w:tr>
      <w:tr w:rsidR="00A340E5" w14:paraId="2B034552" w14:textId="77777777" w:rsidTr="00F2322E">
        <w:trPr>
          <w:trHeight w:val="271"/>
          <w:jc w:val="center"/>
        </w:trPr>
        <w:tc>
          <w:tcPr>
            <w:tcW w:w="5382" w:type="dxa"/>
            <w:shd w:val="clear" w:color="auto" w:fill="D9EAF4"/>
          </w:tcPr>
          <w:p w14:paraId="6B6C7FCE" w14:textId="77777777" w:rsidR="00A340E5" w:rsidRDefault="00000000">
            <w:r>
              <w:rPr>
                <w:b/>
              </w:rPr>
              <w:t>Coach</w:t>
            </w:r>
          </w:p>
        </w:tc>
        <w:tc>
          <w:tcPr>
            <w:tcW w:w="8080" w:type="dxa"/>
          </w:tcPr>
          <w:p w14:paraId="3C6FE079" w14:textId="2CD8A1A7" w:rsidR="00A340E5" w:rsidRDefault="00A340E5"/>
        </w:tc>
      </w:tr>
    </w:tbl>
    <w:p w14:paraId="37871994" w14:textId="2A54D6C5" w:rsidR="00A340E5" w:rsidRPr="00EC6A2D" w:rsidRDefault="00E55F05" w:rsidP="00E55F05">
      <w:pPr>
        <w:rPr>
          <w:color w:val="4940FA"/>
          <w:lang w:val="nl-NL"/>
        </w:rPr>
      </w:pPr>
      <w:r>
        <w:rPr>
          <w:b/>
          <w:color w:val="C80000"/>
          <w:lang w:val="nl-NL"/>
        </w:rPr>
        <w:t xml:space="preserve">             </w:t>
      </w:r>
      <w:r>
        <w:rPr>
          <w:b/>
          <w:color w:val="C80000"/>
          <w:lang w:val="nl-NL"/>
        </w:rPr>
        <w:tab/>
      </w:r>
      <w:r>
        <w:rPr>
          <w:b/>
          <w:color w:val="C80000"/>
          <w:lang w:val="nl-NL"/>
        </w:rPr>
        <w:tab/>
      </w:r>
      <w:r w:rsidRPr="00EC6A2D">
        <w:rPr>
          <w:b/>
          <w:color w:val="EE0000"/>
          <w:lang w:val="nl-NL"/>
        </w:rPr>
        <w:t xml:space="preserve">                     (Zonder naam en studentnummer wordt het formulier niet in behandeling genomen)</w:t>
      </w:r>
    </w:p>
    <w:tbl>
      <w:tblPr>
        <w:tblStyle w:val="Tabelraster"/>
        <w:tblW w:w="13603" w:type="dxa"/>
        <w:jc w:val="center"/>
        <w:tblLook w:val="04A0" w:firstRow="1" w:lastRow="0" w:firstColumn="1" w:lastColumn="0" w:noHBand="0" w:noVBand="1"/>
      </w:tblPr>
      <w:tblGrid>
        <w:gridCol w:w="421"/>
        <w:gridCol w:w="4950"/>
        <w:gridCol w:w="1995"/>
        <w:gridCol w:w="6237"/>
      </w:tblGrid>
      <w:tr w:rsidR="00A340E5" w14:paraId="1E6790D5" w14:textId="77777777" w:rsidTr="00933F85">
        <w:trPr>
          <w:jc w:val="center"/>
        </w:trPr>
        <w:tc>
          <w:tcPr>
            <w:tcW w:w="421" w:type="dxa"/>
            <w:shd w:val="clear" w:color="auto" w:fill="007BB8"/>
          </w:tcPr>
          <w:p w14:paraId="54ED24D9" w14:textId="73708F0B" w:rsidR="00A340E5" w:rsidRPr="00E55F05" w:rsidRDefault="00A340E5">
            <w:pPr>
              <w:rPr>
                <w:lang w:val="nl-NL"/>
              </w:rPr>
            </w:pPr>
          </w:p>
        </w:tc>
        <w:tc>
          <w:tcPr>
            <w:tcW w:w="4950" w:type="dxa"/>
            <w:shd w:val="clear" w:color="auto" w:fill="007BB8"/>
          </w:tcPr>
          <w:p w14:paraId="28AB69C2" w14:textId="64722DB1" w:rsidR="00A340E5" w:rsidRPr="00E55F05" w:rsidRDefault="00E55F05">
            <w:pPr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Verplichte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leermiddelen</w:t>
            </w:r>
            <w:proofErr w:type="spellEnd"/>
          </w:p>
        </w:tc>
        <w:tc>
          <w:tcPr>
            <w:tcW w:w="1995" w:type="dxa"/>
            <w:shd w:val="clear" w:color="auto" w:fill="007BB8"/>
          </w:tcPr>
          <w:p w14:paraId="5304F18C" w14:textId="77777777" w:rsidR="00A340E5" w:rsidRDefault="00000000">
            <w:proofErr w:type="spellStart"/>
            <w:r>
              <w:rPr>
                <w:b/>
                <w:color w:val="FFFFFF"/>
              </w:rPr>
              <w:t>Bedrag</w:t>
            </w:r>
            <w:proofErr w:type="spellEnd"/>
            <w:r>
              <w:rPr>
                <w:b/>
                <w:color w:val="FFFFFF"/>
              </w:rPr>
              <w:t xml:space="preserve"> incl. BTW</w:t>
            </w:r>
          </w:p>
        </w:tc>
        <w:tc>
          <w:tcPr>
            <w:tcW w:w="6237" w:type="dxa"/>
            <w:shd w:val="clear" w:color="auto" w:fill="007BB8"/>
          </w:tcPr>
          <w:p w14:paraId="7FB358EE" w14:textId="06659B75" w:rsidR="00A340E5" w:rsidRDefault="00000000">
            <w:proofErr w:type="spellStart"/>
            <w:r>
              <w:rPr>
                <w:b/>
                <w:color w:val="FFFFFF"/>
              </w:rPr>
              <w:t>Toelichting</w:t>
            </w:r>
            <w:proofErr w:type="spellEnd"/>
            <w:r w:rsidR="00633F1F">
              <w:rPr>
                <w:b/>
                <w:color w:val="FFFFFF"/>
              </w:rPr>
              <w:t xml:space="preserve"> *</w:t>
            </w:r>
          </w:p>
        </w:tc>
      </w:tr>
      <w:tr w:rsidR="00A340E5" w14:paraId="0FDD0807" w14:textId="77777777" w:rsidTr="00933F85">
        <w:trPr>
          <w:trHeight w:val="925"/>
          <w:jc w:val="center"/>
        </w:trPr>
        <w:tc>
          <w:tcPr>
            <w:tcW w:w="421" w:type="dxa"/>
            <w:vAlign w:val="center"/>
          </w:tcPr>
          <w:p w14:paraId="062C044A" w14:textId="77777777" w:rsidR="00A340E5" w:rsidRDefault="00000000">
            <w:r>
              <w:t>1</w:t>
            </w:r>
          </w:p>
        </w:tc>
        <w:tc>
          <w:tcPr>
            <w:tcW w:w="4950" w:type="dxa"/>
            <w:vAlign w:val="center"/>
          </w:tcPr>
          <w:p w14:paraId="61AD343E" w14:textId="49CDBB0D" w:rsidR="00A340E5" w:rsidRPr="00D46E7E" w:rsidRDefault="00E55F05">
            <w:pPr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Pr="00D46E7E">
              <w:rPr>
                <w:lang w:val="nl-NL"/>
              </w:rPr>
              <w:t>oeken en/of licenties</w:t>
            </w:r>
          </w:p>
        </w:tc>
        <w:tc>
          <w:tcPr>
            <w:tcW w:w="1995" w:type="dxa"/>
            <w:vAlign w:val="center"/>
          </w:tcPr>
          <w:p w14:paraId="4CBA128D" w14:textId="23601EC2" w:rsidR="00A340E5" w:rsidRDefault="00000000">
            <w:r>
              <w:t>€</w:t>
            </w:r>
            <w:r w:rsidR="00ED76A1">
              <w:t xml:space="preserve"> </w:t>
            </w:r>
          </w:p>
        </w:tc>
        <w:tc>
          <w:tcPr>
            <w:tcW w:w="6237" w:type="dxa"/>
            <w:vAlign w:val="center"/>
          </w:tcPr>
          <w:p w14:paraId="196697DF" w14:textId="3988C9B3" w:rsidR="00A340E5" w:rsidRDefault="00A340E5"/>
        </w:tc>
      </w:tr>
      <w:tr w:rsidR="00A340E5" w:rsidRPr="00D93405" w14:paraId="42C7936B" w14:textId="77777777" w:rsidTr="00933F85">
        <w:trPr>
          <w:trHeight w:val="838"/>
          <w:jc w:val="center"/>
        </w:trPr>
        <w:tc>
          <w:tcPr>
            <w:tcW w:w="421" w:type="dxa"/>
            <w:vAlign w:val="center"/>
          </w:tcPr>
          <w:p w14:paraId="2D89A8FF" w14:textId="77777777" w:rsidR="00A340E5" w:rsidRDefault="00000000">
            <w:r>
              <w:t>2</w:t>
            </w:r>
          </w:p>
        </w:tc>
        <w:tc>
          <w:tcPr>
            <w:tcW w:w="4950" w:type="dxa"/>
            <w:vAlign w:val="center"/>
          </w:tcPr>
          <w:p w14:paraId="1524F7CF" w14:textId="669B2E2A" w:rsidR="00A340E5" w:rsidRPr="00D94F0E" w:rsidRDefault="00000000">
            <w:pPr>
              <w:rPr>
                <w:lang w:val="nl-NL"/>
              </w:rPr>
            </w:pPr>
            <w:r w:rsidRPr="00D46E7E">
              <w:rPr>
                <w:lang w:val="nl-NL"/>
              </w:rPr>
              <w:t xml:space="preserve">Laptop </w:t>
            </w:r>
            <w:r w:rsidRPr="00971C59">
              <w:rPr>
                <w:color w:val="4B4B4B"/>
                <w:sz w:val="18"/>
                <w:szCs w:val="18"/>
                <w:lang w:val="nl-NL"/>
              </w:rPr>
              <w:t xml:space="preserve">(zelf aangeschafte laptops worden </w:t>
            </w:r>
            <w:r w:rsidRPr="00971C59">
              <w:rPr>
                <w:color w:val="4B4B4B"/>
                <w:sz w:val="18"/>
                <w:szCs w:val="18"/>
                <w:u w:val="single"/>
                <w:lang w:val="nl-NL"/>
              </w:rPr>
              <w:t>niet</w:t>
            </w:r>
            <w:r w:rsidRPr="00971C59">
              <w:rPr>
                <w:color w:val="4B4B4B"/>
                <w:sz w:val="18"/>
                <w:szCs w:val="18"/>
                <w:lang w:val="nl-NL"/>
              </w:rPr>
              <w:t xml:space="preserve"> vergoed)</w:t>
            </w:r>
          </w:p>
          <w:p w14:paraId="46438A61" w14:textId="16B41FE1" w:rsidR="00A340E5" w:rsidRPr="00633F1F" w:rsidRDefault="00A340E5" w:rsidP="00E55F05">
            <w:pPr>
              <w:rPr>
                <w:iCs/>
                <w:sz w:val="18"/>
                <w:szCs w:val="18"/>
                <w:lang w:val="nl-NL"/>
              </w:rPr>
            </w:pPr>
          </w:p>
        </w:tc>
        <w:tc>
          <w:tcPr>
            <w:tcW w:w="1995" w:type="dxa"/>
            <w:vAlign w:val="center"/>
          </w:tcPr>
          <w:p w14:paraId="28207E56" w14:textId="068A931B" w:rsidR="00A340E5" w:rsidRDefault="00FB45C5">
            <w:r>
              <w:t>Ja/ Nee</w:t>
            </w:r>
          </w:p>
        </w:tc>
        <w:tc>
          <w:tcPr>
            <w:tcW w:w="6237" w:type="dxa"/>
            <w:vAlign w:val="center"/>
          </w:tcPr>
          <w:p w14:paraId="4A7E5277" w14:textId="77777777" w:rsidR="00E55F05" w:rsidRDefault="00E55F05" w:rsidP="00E55F05">
            <w:pPr>
              <w:rPr>
                <w:iCs/>
                <w:color w:val="007BB8"/>
                <w:sz w:val="18"/>
                <w:szCs w:val="18"/>
                <w:lang w:val="nl-NL"/>
              </w:rPr>
            </w:pPr>
          </w:p>
          <w:p w14:paraId="44F3E6E5" w14:textId="5BEDBD26" w:rsidR="00E55F05" w:rsidRPr="00633F1F" w:rsidRDefault="00E55F05" w:rsidP="00E55F05">
            <w:pPr>
              <w:rPr>
                <w:sz w:val="18"/>
                <w:szCs w:val="18"/>
                <w:lang w:val="nl-NL"/>
              </w:rPr>
            </w:pPr>
            <w:r w:rsidRPr="00633F1F">
              <w:rPr>
                <w:iCs/>
                <w:color w:val="007BB8"/>
                <w:sz w:val="18"/>
                <w:szCs w:val="18"/>
                <w:lang w:val="nl-NL"/>
              </w:rPr>
              <w:t>Bij een toekenning ontvang je een vouchercode van de Campusshop waarmee je een laptop kunt aanschaffen die voldoet aan de eisen van jouw opleiding.</w:t>
            </w:r>
          </w:p>
          <w:p w14:paraId="019B6D95" w14:textId="59D093E4" w:rsidR="00A340E5" w:rsidRPr="00683B41" w:rsidRDefault="00A340E5">
            <w:pPr>
              <w:rPr>
                <w:lang w:val="nl-NL"/>
              </w:rPr>
            </w:pPr>
          </w:p>
        </w:tc>
      </w:tr>
      <w:tr w:rsidR="00A340E5" w14:paraId="5D523BEC" w14:textId="77777777" w:rsidTr="00933F85">
        <w:trPr>
          <w:trHeight w:val="868"/>
          <w:jc w:val="center"/>
        </w:trPr>
        <w:tc>
          <w:tcPr>
            <w:tcW w:w="421" w:type="dxa"/>
            <w:vAlign w:val="center"/>
          </w:tcPr>
          <w:p w14:paraId="7D6F42BD" w14:textId="77777777" w:rsidR="00A340E5" w:rsidRDefault="00000000">
            <w:r>
              <w:t>3</w:t>
            </w:r>
          </w:p>
        </w:tc>
        <w:tc>
          <w:tcPr>
            <w:tcW w:w="4950" w:type="dxa"/>
            <w:vAlign w:val="center"/>
          </w:tcPr>
          <w:p w14:paraId="30605448" w14:textId="31276A89" w:rsidR="00A340E5" w:rsidRDefault="00E55F05">
            <w:r>
              <w:t>Kleding</w:t>
            </w:r>
          </w:p>
        </w:tc>
        <w:tc>
          <w:tcPr>
            <w:tcW w:w="1995" w:type="dxa"/>
            <w:vAlign w:val="center"/>
          </w:tcPr>
          <w:p w14:paraId="7A8E1F4D" w14:textId="3AA91B32" w:rsidR="00A340E5" w:rsidRDefault="00000000">
            <w:r>
              <w:t>€</w:t>
            </w:r>
            <w:r w:rsidR="00ED76A1">
              <w:t xml:space="preserve"> </w:t>
            </w:r>
          </w:p>
        </w:tc>
        <w:tc>
          <w:tcPr>
            <w:tcW w:w="6237" w:type="dxa"/>
            <w:vAlign w:val="center"/>
          </w:tcPr>
          <w:p w14:paraId="3953C250" w14:textId="51849689" w:rsidR="00A340E5" w:rsidRDefault="00A340E5"/>
        </w:tc>
      </w:tr>
      <w:tr w:rsidR="00A340E5" w14:paraId="2A23510F" w14:textId="77777777" w:rsidTr="00933F85">
        <w:trPr>
          <w:trHeight w:val="980"/>
          <w:jc w:val="center"/>
        </w:trPr>
        <w:tc>
          <w:tcPr>
            <w:tcW w:w="421" w:type="dxa"/>
            <w:vAlign w:val="center"/>
          </w:tcPr>
          <w:p w14:paraId="36D1A3CD" w14:textId="77777777" w:rsidR="00A340E5" w:rsidRDefault="00000000">
            <w:r>
              <w:t>4</w:t>
            </w:r>
          </w:p>
        </w:tc>
        <w:tc>
          <w:tcPr>
            <w:tcW w:w="4950" w:type="dxa"/>
            <w:vAlign w:val="center"/>
          </w:tcPr>
          <w:p w14:paraId="2385CBDC" w14:textId="76038A68" w:rsidR="00A340E5" w:rsidRDefault="00E55F05">
            <w:proofErr w:type="spellStart"/>
            <w:r>
              <w:t>Materialen</w:t>
            </w:r>
            <w:proofErr w:type="spellEnd"/>
            <w:r>
              <w:t>/</w:t>
            </w:r>
            <w:proofErr w:type="spellStart"/>
            <w:r>
              <w:t>gereedschappen</w:t>
            </w:r>
            <w:proofErr w:type="spellEnd"/>
          </w:p>
        </w:tc>
        <w:tc>
          <w:tcPr>
            <w:tcW w:w="1995" w:type="dxa"/>
            <w:vAlign w:val="center"/>
          </w:tcPr>
          <w:p w14:paraId="5EEA8F56" w14:textId="77777777" w:rsidR="00A340E5" w:rsidRDefault="00000000">
            <w:r>
              <w:t>€</w:t>
            </w:r>
          </w:p>
        </w:tc>
        <w:tc>
          <w:tcPr>
            <w:tcW w:w="6237" w:type="dxa"/>
            <w:vAlign w:val="center"/>
          </w:tcPr>
          <w:p w14:paraId="6789BCF7" w14:textId="77777777" w:rsidR="00A340E5" w:rsidRDefault="00A340E5"/>
        </w:tc>
      </w:tr>
      <w:tr w:rsidR="00A340E5" w14:paraId="103064DE" w14:textId="77777777" w:rsidTr="00184E5C">
        <w:trPr>
          <w:trHeight w:val="906"/>
          <w:jc w:val="center"/>
        </w:trPr>
        <w:tc>
          <w:tcPr>
            <w:tcW w:w="421" w:type="dxa"/>
            <w:vAlign w:val="center"/>
          </w:tcPr>
          <w:p w14:paraId="27E9738F" w14:textId="77777777" w:rsidR="00A340E5" w:rsidRDefault="00000000">
            <w:r>
              <w:t>5</w:t>
            </w:r>
          </w:p>
        </w:tc>
        <w:tc>
          <w:tcPr>
            <w:tcW w:w="4950" w:type="dxa"/>
            <w:vAlign w:val="center"/>
          </w:tcPr>
          <w:p w14:paraId="4202F6E3" w14:textId="77777777" w:rsidR="00A340E5" w:rsidRPr="00D46E7E" w:rsidRDefault="00000000">
            <w:pPr>
              <w:rPr>
                <w:lang w:val="nl-NL"/>
              </w:rPr>
            </w:pPr>
            <w:r w:rsidRPr="00D46E7E">
              <w:rPr>
                <w:lang w:val="nl-NL"/>
              </w:rPr>
              <w:t>Kosten branchegerichte examen(s) (verplicht)</w:t>
            </w:r>
          </w:p>
        </w:tc>
        <w:tc>
          <w:tcPr>
            <w:tcW w:w="1995" w:type="dxa"/>
            <w:vAlign w:val="center"/>
          </w:tcPr>
          <w:p w14:paraId="06C63650" w14:textId="77777777" w:rsidR="00A340E5" w:rsidRDefault="00000000">
            <w:r>
              <w:t>€</w:t>
            </w:r>
          </w:p>
        </w:tc>
        <w:tc>
          <w:tcPr>
            <w:tcW w:w="6237" w:type="dxa"/>
            <w:vAlign w:val="center"/>
          </w:tcPr>
          <w:p w14:paraId="7D1E585A" w14:textId="77777777" w:rsidR="00A340E5" w:rsidRDefault="00A340E5"/>
        </w:tc>
      </w:tr>
      <w:tr w:rsidR="00A340E5" w14:paraId="4B89FF53" w14:textId="77777777" w:rsidTr="00933F85">
        <w:trPr>
          <w:trHeight w:val="697"/>
          <w:jc w:val="center"/>
        </w:trPr>
        <w:tc>
          <w:tcPr>
            <w:tcW w:w="421" w:type="dxa"/>
            <w:shd w:val="clear" w:color="auto" w:fill="EAF4F9"/>
            <w:vAlign w:val="center"/>
          </w:tcPr>
          <w:p w14:paraId="2B9A48FB" w14:textId="77777777" w:rsidR="00A340E5" w:rsidRDefault="00A340E5"/>
        </w:tc>
        <w:tc>
          <w:tcPr>
            <w:tcW w:w="4950" w:type="dxa"/>
            <w:shd w:val="clear" w:color="auto" w:fill="EAF4F9"/>
            <w:vAlign w:val="center"/>
          </w:tcPr>
          <w:p w14:paraId="58EE7EBA" w14:textId="77777777" w:rsidR="00A340E5" w:rsidRDefault="00000000">
            <w:r>
              <w:rPr>
                <w:b/>
              </w:rPr>
              <w:t>Totaal</w:t>
            </w:r>
          </w:p>
        </w:tc>
        <w:tc>
          <w:tcPr>
            <w:tcW w:w="1995" w:type="dxa"/>
            <w:shd w:val="clear" w:color="auto" w:fill="EAF4F9"/>
            <w:vAlign w:val="center"/>
          </w:tcPr>
          <w:p w14:paraId="50809297" w14:textId="723EF8C5" w:rsidR="00A340E5" w:rsidRDefault="00000000">
            <w:r>
              <w:rPr>
                <w:b/>
              </w:rPr>
              <w:t>€</w:t>
            </w:r>
            <w:r w:rsidR="00A270D5">
              <w:rPr>
                <w:b/>
              </w:rPr>
              <w:t xml:space="preserve"> </w:t>
            </w:r>
          </w:p>
        </w:tc>
        <w:tc>
          <w:tcPr>
            <w:tcW w:w="6237" w:type="dxa"/>
            <w:shd w:val="clear" w:color="auto" w:fill="EAF4F9"/>
            <w:vAlign w:val="center"/>
          </w:tcPr>
          <w:p w14:paraId="6F848FB5" w14:textId="77777777" w:rsidR="00A340E5" w:rsidRDefault="00A340E5"/>
        </w:tc>
      </w:tr>
    </w:tbl>
    <w:p w14:paraId="0814F4A3" w14:textId="77777777" w:rsidR="00A340E5" w:rsidRDefault="00A340E5"/>
    <w:p w14:paraId="26F9D0C2" w14:textId="415CD2B1" w:rsidR="00A340E5" w:rsidRPr="007E1230" w:rsidRDefault="007E1230">
      <w:pPr>
        <w:rPr>
          <w:b/>
          <w:bCs/>
          <w:iCs/>
          <w:sz w:val="20"/>
          <w:szCs w:val="20"/>
          <w:lang w:val="nl-NL"/>
        </w:rPr>
      </w:pPr>
      <w:r>
        <w:rPr>
          <w:b/>
          <w:bCs/>
          <w:iCs/>
          <w:lang w:val="nl-NL"/>
        </w:rPr>
        <w:t xml:space="preserve">   </w:t>
      </w:r>
      <w:r w:rsidRPr="007E1230">
        <w:rPr>
          <w:b/>
          <w:bCs/>
          <w:iCs/>
          <w:sz w:val="20"/>
          <w:szCs w:val="20"/>
          <w:lang w:val="nl-NL"/>
        </w:rPr>
        <w:t xml:space="preserve">* Voeg bijvoorbeeld een </w:t>
      </w:r>
      <w:r w:rsidR="00E55F05" w:rsidRPr="007E1230">
        <w:rPr>
          <w:b/>
          <w:bCs/>
          <w:iCs/>
          <w:sz w:val="20"/>
          <w:szCs w:val="20"/>
          <w:lang w:val="nl-NL"/>
        </w:rPr>
        <w:t xml:space="preserve">link van je </w:t>
      </w:r>
      <w:r w:rsidRPr="007E1230">
        <w:rPr>
          <w:b/>
          <w:bCs/>
          <w:iCs/>
          <w:sz w:val="20"/>
          <w:szCs w:val="20"/>
          <w:lang w:val="nl-NL"/>
        </w:rPr>
        <w:t>boekenlijst toe en vermeld welke kleding of andere onderwijsbe</w:t>
      </w:r>
      <w:r w:rsidR="00000000" w:rsidRPr="007E1230">
        <w:rPr>
          <w:b/>
          <w:bCs/>
          <w:iCs/>
          <w:sz w:val="20"/>
          <w:szCs w:val="20"/>
          <w:lang w:val="nl-NL"/>
        </w:rPr>
        <w:t xml:space="preserve">nodigdheden </w:t>
      </w:r>
      <w:r w:rsidR="00690252">
        <w:rPr>
          <w:b/>
          <w:bCs/>
          <w:iCs/>
          <w:sz w:val="20"/>
          <w:szCs w:val="20"/>
          <w:lang w:val="nl-NL"/>
        </w:rPr>
        <w:t xml:space="preserve">je nodig hebt </w:t>
      </w:r>
      <w:r w:rsidR="00000000" w:rsidRPr="007E1230">
        <w:rPr>
          <w:b/>
          <w:bCs/>
          <w:iCs/>
          <w:sz w:val="20"/>
          <w:szCs w:val="20"/>
          <w:lang w:val="nl-NL"/>
        </w:rPr>
        <w:t xml:space="preserve">(bijv. </w:t>
      </w:r>
      <w:proofErr w:type="spellStart"/>
      <w:r w:rsidR="00000000" w:rsidRPr="007E1230">
        <w:rPr>
          <w:b/>
          <w:bCs/>
          <w:iCs/>
          <w:sz w:val="20"/>
          <w:szCs w:val="20"/>
          <w:lang w:val="nl-NL"/>
        </w:rPr>
        <w:t>kapperset</w:t>
      </w:r>
      <w:proofErr w:type="spellEnd"/>
      <w:r w:rsidR="00690252">
        <w:rPr>
          <w:b/>
          <w:bCs/>
          <w:iCs/>
          <w:sz w:val="20"/>
          <w:szCs w:val="20"/>
          <w:lang w:val="nl-NL"/>
        </w:rPr>
        <w:t>/kledingpakket beveiliging</w:t>
      </w:r>
      <w:r w:rsidR="00606890">
        <w:rPr>
          <w:b/>
          <w:bCs/>
          <w:iCs/>
          <w:sz w:val="20"/>
          <w:szCs w:val="20"/>
          <w:lang w:val="nl-NL"/>
        </w:rPr>
        <w:t xml:space="preserve"> etc.</w:t>
      </w:r>
      <w:r w:rsidR="00000000" w:rsidRPr="007E1230">
        <w:rPr>
          <w:b/>
          <w:bCs/>
          <w:iCs/>
          <w:sz w:val="20"/>
          <w:szCs w:val="20"/>
          <w:lang w:val="nl-NL"/>
        </w:rPr>
        <w:t>)</w:t>
      </w:r>
    </w:p>
    <w:sectPr w:rsidR="00A340E5" w:rsidRPr="007E1230" w:rsidSect="00E55F05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429595">
    <w:abstractNumId w:val="8"/>
  </w:num>
  <w:num w:numId="2" w16cid:durableId="697244163">
    <w:abstractNumId w:val="6"/>
  </w:num>
  <w:num w:numId="3" w16cid:durableId="541674655">
    <w:abstractNumId w:val="5"/>
  </w:num>
  <w:num w:numId="4" w16cid:durableId="1997878119">
    <w:abstractNumId w:val="4"/>
  </w:num>
  <w:num w:numId="5" w16cid:durableId="1763531540">
    <w:abstractNumId w:val="7"/>
  </w:num>
  <w:num w:numId="6" w16cid:durableId="635720523">
    <w:abstractNumId w:val="3"/>
  </w:num>
  <w:num w:numId="7" w16cid:durableId="258637297">
    <w:abstractNumId w:val="2"/>
  </w:num>
  <w:num w:numId="8" w16cid:durableId="223755467">
    <w:abstractNumId w:val="1"/>
  </w:num>
  <w:num w:numId="9" w16cid:durableId="25402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4E5C"/>
    <w:rsid w:val="0029639D"/>
    <w:rsid w:val="00326F90"/>
    <w:rsid w:val="00447F6F"/>
    <w:rsid w:val="004D2C71"/>
    <w:rsid w:val="005F1217"/>
    <w:rsid w:val="00606890"/>
    <w:rsid w:val="00633F1F"/>
    <w:rsid w:val="00683B41"/>
    <w:rsid w:val="00690252"/>
    <w:rsid w:val="007A1BD7"/>
    <w:rsid w:val="007E1230"/>
    <w:rsid w:val="00806E90"/>
    <w:rsid w:val="00884711"/>
    <w:rsid w:val="00933F85"/>
    <w:rsid w:val="00971C59"/>
    <w:rsid w:val="00990A5C"/>
    <w:rsid w:val="00A270D5"/>
    <w:rsid w:val="00A340E5"/>
    <w:rsid w:val="00A6059D"/>
    <w:rsid w:val="00AA1D8D"/>
    <w:rsid w:val="00B47730"/>
    <w:rsid w:val="00BA037D"/>
    <w:rsid w:val="00C41244"/>
    <w:rsid w:val="00CB0664"/>
    <w:rsid w:val="00D20A08"/>
    <w:rsid w:val="00D46E7E"/>
    <w:rsid w:val="00D93405"/>
    <w:rsid w:val="00D94F0E"/>
    <w:rsid w:val="00E55F05"/>
    <w:rsid w:val="00EA4CEC"/>
    <w:rsid w:val="00EC6A2D"/>
    <w:rsid w:val="00ED76A1"/>
    <w:rsid w:val="00F2322E"/>
    <w:rsid w:val="00FB45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88C9D"/>
  <w14:defaultImageDpi w14:val="300"/>
  <w15:docId w15:val="{055630D7-E9A3-4674-96CA-D0D95128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Hamstra</dc:creator>
  <cp:keywords/>
  <dc:description>generated by python-docx</dc:description>
  <cp:lastModifiedBy>Martine Hamstra</cp:lastModifiedBy>
  <cp:revision>24</cp:revision>
  <cp:lastPrinted>2026-06-10T08:29:00Z</cp:lastPrinted>
  <dcterms:created xsi:type="dcterms:W3CDTF">2026-06-10T08:26:00Z</dcterms:created>
  <dcterms:modified xsi:type="dcterms:W3CDTF">2026-06-11T08:22:00Z</dcterms:modified>
  <cp:category/>
</cp:coreProperties>
</file>